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9C08B" w14:textId="77777777" w:rsidR="0012598B" w:rsidRDefault="00000000">
      <w:pPr>
        <w:pStyle w:val="Title"/>
      </w:pPr>
      <w:r>
        <w:t>C2D Travel Grant Application Form</w:t>
      </w:r>
    </w:p>
    <w:p w14:paraId="1A1C63FF" w14:textId="77777777" w:rsidR="0012598B" w:rsidRDefault="00000000">
      <w:pPr>
        <w:spacing w:after="120"/>
      </w:pPr>
      <w:r>
        <w:t>Select each response field to enter your information.</w:t>
      </w:r>
    </w:p>
    <w:tbl>
      <w:tblPr>
        <w:tblW w:w="10561"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40" w:type="dxa"/>
          <w:left w:w="100" w:type="dxa"/>
          <w:bottom w:w="40" w:type="dxa"/>
          <w:right w:w="100" w:type="dxa"/>
        </w:tblCellMar>
        <w:tblLook w:val="04A0" w:firstRow="1" w:lastRow="0" w:firstColumn="1" w:lastColumn="0" w:noHBand="0" w:noVBand="1"/>
        <w:tblCaption w:val="Travel grant application information"/>
        <w:tblDescription w:val="Two columns list each field and its editable response. Read each row from left to right."/>
      </w:tblPr>
      <w:tblGrid>
        <w:gridCol w:w="4782"/>
        <w:gridCol w:w="5779"/>
      </w:tblGrid>
      <w:tr w:rsidR="0012598B" w14:paraId="40AD574C" w14:textId="77777777" w:rsidTr="00E14698">
        <w:trPr>
          <w:cantSplit/>
          <w:trHeight w:val="241"/>
          <w:tblHeader/>
        </w:trPr>
        <w:tc>
          <w:tcPr>
            <w:tcW w:w="4782" w:type="dxa"/>
            <w:shd w:val="clear" w:color="auto" w:fill="E7E6E6"/>
            <w:vAlign w:val="center"/>
          </w:tcPr>
          <w:p w14:paraId="4E34FCC3" w14:textId="77777777" w:rsidR="0012598B" w:rsidRDefault="00000000">
            <w:r>
              <w:rPr>
                <w:b/>
              </w:rPr>
              <w:t>Field</w:t>
            </w:r>
          </w:p>
        </w:tc>
        <w:tc>
          <w:tcPr>
            <w:tcW w:w="5779" w:type="dxa"/>
            <w:shd w:val="clear" w:color="auto" w:fill="E7E6E6"/>
            <w:vAlign w:val="center"/>
          </w:tcPr>
          <w:p w14:paraId="61D1977C" w14:textId="77777777" w:rsidR="0012598B" w:rsidRDefault="00000000">
            <w:r>
              <w:rPr>
                <w:b/>
              </w:rPr>
              <w:t>Response</w:t>
            </w:r>
          </w:p>
        </w:tc>
      </w:tr>
      <w:tr w:rsidR="0012598B" w14:paraId="53BE1954" w14:textId="77777777" w:rsidTr="00E14698">
        <w:trPr>
          <w:cantSplit/>
          <w:trHeight w:val="241"/>
        </w:trPr>
        <w:tc>
          <w:tcPr>
            <w:tcW w:w="4782" w:type="dxa"/>
            <w:vAlign w:val="center"/>
          </w:tcPr>
          <w:p w14:paraId="54FAE3FD" w14:textId="77777777" w:rsidR="0012598B" w:rsidRDefault="00000000">
            <w:r>
              <w:t>Last name</w:t>
            </w:r>
          </w:p>
        </w:tc>
        <w:tc>
          <w:tcPr>
            <w:tcW w:w="5779" w:type="dxa"/>
            <w:vAlign w:val="center"/>
          </w:tcPr>
          <w:p w14:paraId="38093189" w14:textId="77777777" w:rsidR="0012598B" w:rsidRDefault="00000000">
            <w:sdt>
              <w:sdtPr>
                <w:alias w:val="Last name"/>
                <w:tag w:val="Last name"/>
                <w:id w:val="100"/>
                <w:showingPlcHdr/>
                <w:text/>
              </w:sdtPr>
              <w:sdtContent>
                <w:r>
                  <w:rPr>
                    <w:color w:val="595959"/>
                  </w:rPr>
                  <w:t>Enter response</w:t>
                </w:r>
              </w:sdtContent>
            </w:sdt>
          </w:p>
        </w:tc>
      </w:tr>
      <w:tr w:rsidR="0012598B" w14:paraId="1F390B10" w14:textId="77777777" w:rsidTr="00E14698">
        <w:trPr>
          <w:cantSplit/>
          <w:trHeight w:val="241"/>
        </w:trPr>
        <w:tc>
          <w:tcPr>
            <w:tcW w:w="4782" w:type="dxa"/>
            <w:vAlign w:val="center"/>
          </w:tcPr>
          <w:p w14:paraId="3EDE8D13" w14:textId="77777777" w:rsidR="0012598B" w:rsidRDefault="00000000">
            <w:r>
              <w:t>First name</w:t>
            </w:r>
          </w:p>
        </w:tc>
        <w:tc>
          <w:tcPr>
            <w:tcW w:w="5779" w:type="dxa"/>
            <w:vAlign w:val="center"/>
          </w:tcPr>
          <w:p w14:paraId="7AD6D868" w14:textId="77777777" w:rsidR="0012598B" w:rsidRDefault="00000000">
            <w:sdt>
              <w:sdtPr>
                <w:alias w:val="First name"/>
                <w:tag w:val="First name"/>
                <w:id w:val="101"/>
                <w:showingPlcHdr/>
                <w:text/>
              </w:sdtPr>
              <w:sdtContent>
                <w:r>
                  <w:rPr>
                    <w:color w:val="595959"/>
                  </w:rPr>
                  <w:t>Enter response</w:t>
                </w:r>
              </w:sdtContent>
            </w:sdt>
          </w:p>
        </w:tc>
      </w:tr>
      <w:tr w:rsidR="0012598B" w14:paraId="5B4B299D" w14:textId="77777777" w:rsidTr="00E14698">
        <w:trPr>
          <w:cantSplit/>
          <w:trHeight w:val="241"/>
        </w:trPr>
        <w:tc>
          <w:tcPr>
            <w:tcW w:w="4782" w:type="dxa"/>
            <w:vAlign w:val="center"/>
          </w:tcPr>
          <w:p w14:paraId="6A6A3343" w14:textId="77777777" w:rsidR="0012598B" w:rsidRDefault="00000000">
            <w:r>
              <w:t>V-number</w:t>
            </w:r>
          </w:p>
        </w:tc>
        <w:tc>
          <w:tcPr>
            <w:tcW w:w="5779" w:type="dxa"/>
            <w:vAlign w:val="center"/>
          </w:tcPr>
          <w:p w14:paraId="073D7200" w14:textId="77777777" w:rsidR="0012598B" w:rsidRDefault="00000000">
            <w:sdt>
              <w:sdtPr>
                <w:alias w:val="V-number"/>
                <w:tag w:val="V-number"/>
                <w:id w:val="102"/>
                <w:showingPlcHdr/>
                <w:text/>
              </w:sdtPr>
              <w:sdtContent>
                <w:r>
                  <w:rPr>
                    <w:color w:val="595959"/>
                  </w:rPr>
                  <w:t>Enter response</w:t>
                </w:r>
              </w:sdtContent>
            </w:sdt>
          </w:p>
        </w:tc>
      </w:tr>
      <w:tr w:rsidR="0012598B" w14:paraId="6784DFE7" w14:textId="77777777" w:rsidTr="00E14698">
        <w:trPr>
          <w:cantSplit/>
          <w:trHeight w:val="241"/>
        </w:trPr>
        <w:tc>
          <w:tcPr>
            <w:tcW w:w="4782" w:type="dxa"/>
            <w:vAlign w:val="center"/>
          </w:tcPr>
          <w:p w14:paraId="6D884E0A" w14:textId="77777777" w:rsidR="0012598B" w:rsidRDefault="00000000">
            <w:r>
              <w:t>Email</w:t>
            </w:r>
          </w:p>
        </w:tc>
        <w:tc>
          <w:tcPr>
            <w:tcW w:w="5779" w:type="dxa"/>
            <w:vAlign w:val="center"/>
          </w:tcPr>
          <w:p w14:paraId="2126C5F4" w14:textId="77777777" w:rsidR="0012598B" w:rsidRDefault="00000000">
            <w:sdt>
              <w:sdtPr>
                <w:alias w:val="Email"/>
                <w:tag w:val="Email"/>
                <w:id w:val="103"/>
                <w:showingPlcHdr/>
                <w:text/>
              </w:sdtPr>
              <w:sdtContent>
                <w:r>
                  <w:rPr>
                    <w:color w:val="595959"/>
                  </w:rPr>
                  <w:t>Enter response</w:t>
                </w:r>
              </w:sdtContent>
            </w:sdt>
          </w:p>
        </w:tc>
      </w:tr>
      <w:tr w:rsidR="0012598B" w14:paraId="0CEBF276" w14:textId="77777777" w:rsidTr="00E14698">
        <w:trPr>
          <w:cantSplit/>
          <w:trHeight w:val="256"/>
        </w:trPr>
        <w:tc>
          <w:tcPr>
            <w:tcW w:w="4782" w:type="dxa"/>
            <w:vAlign w:val="center"/>
          </w:tcPr>
          <w:p w14:paraId="6F8E9EF2" w14:textId="77777777" w:rsidR="0012598B" w:rsidRDefault="00000000">
            <w:r>
              <w:t>School/College</w:t>
            </w:r>
          </w:p>
        </w:tc>
        <w:tc>
          <w:tcPr>
            <w:tcW w:w="5779" w:type="dxa"/>
            <w:vAlign w:val="center"/>
          </w:tcPr>
          <w:p w14:paraId="4D7497AF" w14:textId="77777777" w:rsidR="0012598B" w:rsidRDefault="00000000">
            <w:sdt>
              <w:sdtPr>
                <w:alias w:val="School/College"/>
                <w:tag w:val="School/College"/>
                <w:id w:val="104"/>
                <w:showingPlcHdr/>
                <w:text/>
              </w:sdtPr>
              <w:sdtContent>
                <w:r>
                  <w:rPr>
                    <w:color w:val="595959"/>
                  </w:rPr>
                  <w:t>Enter response</w:t>
                </w:r>
              </w:sdtContent>
            </w:sdt>
          </w:p>
        </w:tc>
      </w:tr>
      <w:tr w:rsidR="0012598B" w14:paraId="14829E9F" w14:textId="77777777" w:rsidTr="00E14698">
        <w:trPr>
          <w:cantSplit/>
          <w:trHeight w:val="241"/>
        </w:trPr>
        <w:tc>
          <w:tcPr>
            <w:tcW w:w="4782" w:type="dxa"/>
            <w:vAlign w:val="center"/>
          </w:tcPr>
          <w:p w14:paraId="52C16332" w14:textId="77777777" w:rsidR="0012598B" w:rsidRDefault="00000000">
            <w:r>
              <w:t>Department</w:t>
            </w:r>
          </w:p>
        </w:tc>
        <w:tc>
          <w:tcPr>
            <w:tcW w:w="5779" w:type="dxa"/>
            <w:vAlign w:val="center"/>
          </w:tcPr>
          <w:p w14:paraId="60075632" w14:textId="77777777" w:rsidR="0012598B" w:rsidRDefault="00000000">
            <w:sdt>
              <w:sdtPr>
                <w:alias w:val="Department"/>
                <w:tag w:val="Department"/>
                <w:id w:val="105"/>
                <w:showingPlcHdr/>
                <w:text/>
              </w:sdtPr>
              <w:sdtContent>
                <w:r>
                  <w:rPr>
                    <w:color w:val="595959"/>
                  </w:rPr>
                  <w:t>Enter response</w:t>
                </w:r>
              </w:sdtContent>
            </w:sdt>
          </w:p>
        </w:tc>
      </w:tr>
      <w:tr w:rsidR="0012598B" w14:paraId="6C05F8EF" w14:textId="77777777" w:rsidTr="00E14698">
        <w:trPr>
          <w:cantSplit/>
          <w:trHeight w:val="241"/>
        </w:trPr>
        <w:tc>
          <w:tcPr>
            <w:tcW w:w="4782" w:type="dxa"/>
            <w:vAlign w:val="center"/>
          </w:tcPr>
          <w:p w14:paraId="720C0729" w14:textId="77777777" w:rsidR="0012598B" w:rsidRDefault="00000000">
            <w:r>
              <w:t>Degree program</w:t>
            </w:r>
          </w:p>
        </w:tc>
        <w:tc>
          <w:tcPr>
            <w:tcW w:w="5779" w:type="dxa"/>
            <w:vAlign w:val="center"/>
          </w:tcPr>
          <w:p w14:paraId="527BA216" w14:textId="77777777" w:rsidR="0012598B" w:rsidRDefault="00000000">
            <w:sdt>
              <w:sdtPr>
                <w:alias w:val="Degree program"/>
                <w:tag w:val="Degree program"/>
                <w:id w:val="106"/>
                <w:showingPlcHdr/>
                <w:text/>
              </w:sdtPr>
              <w:sdtContent>
                <w:r>
                  <w:rPr>
                    <w:color w:val="595959"/>
                  </w:rPr>
                  <w:t>Enter response</w:t>
                </w:r>
              </w:sdtContent>
            </w:sdt>
          </w:p>
        </w:tc>
      </w:tr>
      <w:tr w:rsidR="0012598B" w14:paraId="4B518FD9" w14:textId="77777777" w:rsidTr="00E14698">
        <w:trPr>
          <w:cantSplit/>
          <w:trHeight w:val="241"/>
        </w:trPr>
        <w:tc>
          <w:tcPr>
            <w:tcW w:w="4782" w:type="dxa"/>
            <w:vAlign w:val="center"/>
          </w:tcPr>
          <w:p w14:paraId="3C2BEBF3" w14:textId="77777777" w:rsidR="0012598B" w:rsidRDefault="00000000">
            <w:r>
              <w:t>Program name</w:t>
            </w:r>
          </w:p>
        </w:tc>
        <w:tc>
          <w:tcPr>
            <w:tcW w:w="5779" w:type="dxa"/>
            <w:vAlign w:val="center"/>
          </w:tcPr>
          <w:p w14:paraId="7C079E51" w14:textId="77777777" w:rsidR="0012598B" w:rsidRDefault="00000000">
            <w:sdt>
              <w:sdtPr>
                <w:alias w:val="Program name"/>
                <w:tag w:val="Program name"/>
                <w:id w:val="107"/>
                <w:showingPlcHdr/>
                <w:text/>
              </w:sdtPr>
              <w:sdtContent>
                <w:r>
                  <w:rPr>
                    <w:color w:val="595959"/>
                  </w:rPr>
                  <w:t>Enter response</w:t>
                </w:r>
              </w:sdtContent>
            </w:sdt>
          </w:p>
        </w:tc>
      </w:tr>
      <w:tr w:rsidR="0012598B" w14:paraId="6C48885A" w14:textId="77777777" w:rsidTr="00E14698">
        <w:trPr>
          <w:cantSplit/>
          <w:trHeight w:val="241"/>
        </w:trPr>
        <w:tc>
          <w:tcPr>
            <w:tcW w:w="4782" w:type="dxa"/>
            <w:vAlign w:val="center"/>
          </w:tcPr>
          <w:p w14:paraId="13084C94" w14:textId="77777777" w:rsidR="0012598B" w:rsidRDefault="00000000">
            <w:r>
              <w:t>Postdoc (Y/N)</w:t>
            </w:r>
          </w:p>
        </w:tc>
        <w:tc>
          <w:tcPr>
            <w:tcW w:w="5779" w:type="dxa"/>
            <w:vAlign w:val="center"/>
          </w:tcPr>
          <w:p w14:paraId="406E8DF3" w14:textId="77777777" w:rsidR="0012598B" w:rsidRDefault="00000000">
            <w:sdt>
              <w:sdtPr>
                <w:alias w:val="Postdoc (Y/N)"/>
                <w:tag w:val="Postdoc (Y/N)"/>
                <w:id w:val="108"/>
                <w:showingPlcHdr/>
                <w:text/>
              </w:sdtPr>
              <w:sdtContent>
                <w:r>
                  <w:rPr>
                    <w:color w:val="595959"/>
                  </w:rPr>
                  <w:t>Enter response</w:t>
                </w:r>
              </w:sdtContent>
            </w:sdt>
          </w:p>
        </w:tc>
      </w:tr>
      <w:tr w:rsidR="0012598B" w14:paraId="0BC81B9B" w14:textId="77777777" w:rsidTr="00E14698">
        <w:trPr>
          <w:cantSplit/>
          <w:trHeight w:val="241"/>
        </w:trPr>
        <w:tc>
          <w:tcPr>
            <w:tcW w:w="4782" w:type="dxa"/>
            <w:vAlign w:val="center"/>
          </w:tcPr>
          <w:p w14:paraId="35A3E62C" w14:textId="77777777" w:rsidR="0012598B" w:rsidRDefault="00000000">
            <w:r>
              <w:t>Advisor/Mentor</w:t>
            </w:r>
          </w:p>
        </w:tc>
        <w:tc>
          <w:tcPr>
            <w:tcW w:w="5779" w:type="dxa"/>
            <w:vAlign w:val="center"/>
          </w:tcPr>
          <w:p w14:paraId="6BC1FB07" w14:textId="77777777" w:rsidR="0012598B" w:rsidRDefault="00000000">
            <w:sdt>
              <w:sdtPr>
                <w:alias w:val="Advisor/Mentor"/>
                <w:tag w:val="Advisor/Mentor"/>
                <w:id w:val="109"/>
                <w:showingPlcHdr/>
                <w:text/>
              </w:sdtPr>
              <w:sdtContent>
                <w:r>
                  <w:rPr>
                    <w:color w:val="595959"/>
                  </w:rPr>
                  <w:t>Enter response</w:t>
                </w:r>
              </w:sdtContent>
            </w:sdt>
          </w:p>
        </w:tc>
      </w:tr>
      <w:tr w:rsidR="0012598B" w14:paraId="07DB0B21" w14:textId="77777777" w:rsidTr="00E14698">
        <w:trPr>
          <w:cantSplit/>
          <w:trHeight w:val="241"/>
        </w:trPr>
        <w:tc>
          <w:tcPr>
            <w:tcW w:w="4782" w:type="dxa"/>
            <w:vAlign w:val="center"/>
          </w:tcPr>
          <w:p w14:paraId="16D7B7B1" w14:textId="77777777" w:rsidR="0012598B" w:rsidRDefault="00000000">
            <w:r>
              <w:t>Advisor/Mentor email</w:t>
            </w:r>
          </w:p>
        </w:tc>
        <w:tc>
          <w:tcPr>
            <w:tcW w:w="5779" w:type="dxa"/>
            <w:vAlign w:val="center"/>
          </w:tcPr>
          <w:p w14:paraId="6CAEC57C" w14:textId="77777777" w:rsidR="0012598B" w:rsidRDefault="00000000">
            <w:sdt>
              <w:sdtPr>
                <w:alias w:val="Advisor/Mentor email"/>
                <w:tag w:val="Advisor/Mentor email"/>
                <w:id w:val="110"/>
                <w:showingPlcHdr/>
                <w:text/>
              </w:sdtPr>
              <w:sdtContent>
                <w:r>
                  <w:rPr>
                    <w:color w:val="595959"/>
                  </w:rPr>
                  <w:t>Enter response</w:t>
                </w:r>
              </w:sdtContent>
            </w:sdt>
          </w:p>
        </w:tc>
      </w:tr>
      <w:tr w:rsidR="0012598B" w14:paraId="7E73FB56" w14:textId="77777777" w:rsidTr="00E14698">
        <w:trPr>
          <w:cantSplit/>
          <w:trHeight w:val="241"/>
        </w:trPr>
        <w:tc>
          <w:tcPr>
            <w:tcW w:w="4782" w:type="dxa"/>
            <w:vAlign w:val="center"/>
          </w:tcPr>
          <w:p w14:paraId="7946A5CF" w14:textId="77777777" w:rsidR="0012598B" w:rsidRDefault="00000000">
            <w:r>
              <w:t>Fiscal coordinator name</w:t>
            </w:r>
          </w:p>
        </w:tc>
        <w:tc>
          <w:tcPr>
            <w:tcW w:w="5779" w:type="dxa"/>
            <w:vAlign w:val="center"/>
          </w:tcPr>
          <w:p w14:paraId="2653F894" w14:textId="77777777" w:rsidR="0012598B" w:rsidRDefault="00000000">
            <w:sdt>
              <w:sdtPr>
                <w:alias w:val="Fiscal coordinator name"/>
                <w:tag w:val="Fiscal coordinator name"/>
                <w:id w:val="111"/>
                <w:showingPlcHdr/>
                <w:text/>
              </w:sdtPr>
              <w:sdtContent>
                <w:r>
                  <w:rPr>
                    <w:color w:val="595959"/>
                  </w:rPr>
                  <w:t>Enter response</w:t>
                </w:r>
              </w:sdtContent>
            </w:sdt>
          </w:p>
        </w:tc>
      </w:tr>
      <w:tr w:rsidR="0012598B" w14:paraId="1BA20F3C" w14:textId="77777777" w:rsidTr="00E14698">
        <w:trPr>
          <w:cantSplit/>
          <w:trHeight w:val="241"/>
        </w:trPr>
        <w:tc>
          <w:tcPr>
            <w:tcW w:w="4782" w:type="dxa"/>
            <w:vAlign w:val="center"/>
          </w:tcPr>
          <w:p w14:paraId="427E0D93" w14:textId="77777777" w:rsidR="0012598B" w:rsidRDefault="00000000">
            <w:r>
              <w:t>Fiscal coordinator email</w:t>
            </w:r>
          </w:p>
        </w:tc>
        <w:tc>
          <w:tcPr>
            <w:tcW w:w="5779" w:type="dxa"/>
            <w:vAlign w:val="center"/>
          </w:tcPr>
          <w:p w14:paraId="78DB99A4" w14:textId="77777777" w:rsidR="0012598B" w:rsidRDefault="00000000">
            <w:sdt>
              <w:sdtPr>
                <w:alias w:val="Fiscal coordinator email"/>
                <w:tag w:val="Fiscal coordinator email"/>
                <w:id w:val="112"/>
                <w:showingPlcHdr/>
                <w:text/>
              </w:sdtPr>
              <w:sdtContent>
                <w:r>
                  <w:rPr>
                    <w:color w:val="595959"/>
                  </w:rPr>
                  <w:t>Enter response</w:t>
                </w:r>
              </w:sdtContent>
            </w:sdt>
          </w:p>
        </w:tc>
      </w:tr>
      <w:tr w:rsidR="0012598B" w14:paraId="04F24626" w14:textId="77777777" w:rsidTr="00E14698">
        <w:trPr>
          <w:cantSplit/>
          <w:trHeight w:val="241"/>
        </w:trPr>
        <w:tc>
          <w:tcPr>
            <w:tcW w:w="4782" w:type="dxa"/>
            <w:vAlign w:val="center"/>
          </w:tcPr>
          <w:p w14:paraId="332F1E94" w14:textId="77777777" w:rsidR="0012598B" w:rsidRDefault="00000000">
            <w:r>
              <w:t>Presentation Title</w:t>
            </w:r>
          </w:p>
        </w:tc>
        <w:tc>
          <w:tcPr>
            <w:tcW w:w="5779" w:type="dxa"/>
            <w:vAlign w:val="center"/>
          </w:tcPr>
          <w:p w14:paraId="31B4ECEE" w14:textId="77777777" w:rsidR="0012598B" w:rsidRDefault="00000000">
            <w:sdt>
              <w:sdtPr>
                <w:alias w:val="Presentation Title"/>
                <w:tag w:val="Presentation Title"/>
                <w:id w:val="113"/>
                <w:showingPlcHdr/>
                <w:text/>
              </w:sdtPr>
              <w:sdtContent>
                <w:r>
                  <w:rPr>
                    <w:color w:val="595959"/>
                  </w:rPr>
                  <w:t>Enter response</w:t>
                </w:r>
              </w:sdtContent>
            </w:sdt>
          </w:p>
        </w:tc>
      </w:tr>
      <w:tr w:rsidR="0012598B" w14:paraId="4DDC14EB" w14:textId="77777777" w:rsidTr="00E14698">
        <w:trPr>
          <w:cantSplit/>
          <w:trHeight w:val="256"/>
        </w:trPr>
        <w:tc>
          <w:tcPr>
            <w:tcW w:w="4782" w:type="dxa"/>
            <w:vAlign w:val="center"/>
          </w:tcPr>
          <w:p w14:paraId="5D79D18E" w14:textId="77777777" w:rsidR="0012598B" w:rsidRDefault="00000000">
            <w:r>
              <w:t>Name of the conference</w:t>
            </w:r>
          </w:p>
        </w:tc>
        <w:tc>
          <w:tcPr>
            <w:tcW w:w="5779" w:type="dxa"/>
            <w:vAlign w:val="center"/>
          </w:tcPr>
          <w:p w14:paraId="256925CE" w14:textId="77777777" w:rsidR="0012598B" w:rsidRDefault="00000000">
            <w:sdt>
              <w:sdtPr>
                <w:alias w:val="Name of the conference"/>
                <w:tag w:val="Name of the conference"/>
                <w:id w:val="114"/>
                <w:showingPlcHdr/>
                <w:text/>
              </w:sdtPr>
              <w:sdtContent>
                <w:r>
                  <w:rPr>
                    <w:color w:val="595959"/>
                  </w:rPr>
                  <w:t>Enter response</w:t>
                </w:r>
              </w:sdtContent>
            </w:sdt>
          </w:p>
        </w:tc>
      </w:tr>
      <w:tr w:rsidR="0012598B" w14:paraId="400D6BD0" w14:textId="77777777" w:rsidTr="00E14698">
        <w:trPr>
          <w:cantSplit/>
          <w:trHeight w:val="241"/>
        </w:trPr>
        <w:tc>
          <w:tcPr>
            <w:tcW w:w="4782" w:type="dxa"/>
            <w:vAlign w:val="center"/>
          </w:tcPr>
          <w:p w14:paraId="0F1B6759" w14:textId="77777777" w:rsidR="0012598B" w:rsidRDefault="00000000">
            <w:r>
              <w:t>Location of the conference</w:t>
            </w:r>
          </w:p>
        </w:tc>
        <w:tc>
          <w:tcPr>
            <w:tcW w:w="5779" w:type="dxa"/>
            <w:vAlign w:val="center"/>
          </w:tcPr>
          <w:p w14:paraId="29586AFE" w14:textId="77777777" w:rsidR="0012598B" w:rsidRDefault="00000000">
            <w:sdt>
              <w:sdtPr>
                <w:alias w:val="Location of the conference"/>
                <w:tag w:val="Location of the conference"/>
                <w:id w:val="115"/>
                <w:showingPlcHdr/>
                <w:text/>
              </w:sdtPr>
              <w:sdtContent>
                <w:r>
                  <w:rPr>
                    <w:color w:val="595959"/>
                  </w:rPr>
                  <w:t>Enter response</w:t>
                </w:r>
              </w:sdtContent>
            </w:sdt>
          </w:p>
        </w:tc>
      </w:tr>
      <w:tr w:rsidR="0012598B" w14:paraId="7D9CBF5A" w14:textId="77777777" w:rsidTr="00E14698">
        <w:trPr>
          <w:cantSplit/>
          <w:trHeight w:val="241"/>
        </w:trPr>
        <w:tc>
          <w:tcPr>
            <w:tcW w:w="4782" w:type="dxa"/>
            <w:vAlign w:val="center"/>
          </w:tcPr>
          <w:p w14:paraId="5DEDE6B9" w14:textId="77777777" w:rsidR="0012598B" w:rsidRDefault="00000000">
            <w:r>
              <w:t>Total budget requested (up to $500)</w:t>
            </w:r>
          </w:p>
        </w:tc>
        <w:tc>
          <w:tcPr>
            <w:tcW w:w="5779" w:type="dxa"/>
            <w:vAlign w:val="center"/>
          </w:tcPr>
          <w:p w14:paraId="0AB93116" w14:textId="77777777" w:rsidR="0012598B" w:rsidRDefault="00000000">
            <w:sdt>
              <w:sdtPr>
                <w:alias w:val="Total budget requested (up to $500)"/>
                <w:tag w:val="Total budget requested (up to $500)"/>
                <w:id w:val="116"/>
                <w:showingPlcHdr/>
                <w:text/>
              </w:sdtPr>
              <w:sdtContent>
                <w:r>
                  <w:rPr>
                    <w:color w:val="595959"/>
                  </w:rPr>
                  <w:t>Enter response</w:t>
                </w:r>
              </w:sdtContent>
            </w:sdt>
          </w:p>
        </w:tc>
      </w:tr>
      <w:tr w:rsidR="0012598B" w14:paraId="2FBB0655" w14:textId="77777777" w:rsidTr="00E14698">
        <w:trPr>
          <w:cantSplit/>
          <w:trHeight w:val="241"/>
        </w:trPr>
        <w:tc>
          <w:tcPr>
            <w:tcW w:w="4782" w:type="dxa"/>
            <w:vAlign w:val="center"/>
          </w:tcPr>
          <w:p w14:paraId="0165DFE7" w14:textId="77777777" w:rsidR="0012598B" w:rsidRDefault="00000000">
            <w:r>
              <w:t>Departure date</w:t>
            </w:r>
          </w:p>
        </w:tc>
        <w:tc>
          <w:tcPr>
            <w:tcW w:w="5779" w:type="dxa"/>
            <w:vAlign w:val="center"/>
          </w:tcPr>
          <w:p w14:paraId="3C4B4C4D" w14:textId="77777777" w:rsidR="0012598B" w:rsidRDefault="00000000">
            <w:sdt>
              <w:sdtPr>
                <w:alias w:val="Departure date"/>
                <w:tag w:val="Departure date"/>
                <w:id w:val="117"/>
                <w:showingPlcHdr/>
                <w:text/>
              </w:sdtPr>
              <w:sdtContent>
                <w:r>
                  <w:rPr>
                    <w:color w:val="595959"/>
                  </w:rPr>
                  <w:t>Enter response</w:t>
                </w:r>
              </w:sdtContent>
            </w:sdt>
          </w:p>
        </w:tc>
      </w:tr>
      <w:tr w:rsidR="0012598B" w14:paraId="7C234592" w14:textId="77777777" w:rsidTr="00E14698">
        <w:trPr>
          <w:cantSplit/>
          <w:trHeight w:val="256"/>
        </w:trPr>
        <w:tc>
          <w:tcPr>
            <w:tcW w:w="4782" w:type="dxa"/>
            <w:vAlign w:val="center"/>
          </w:tcPr>
          <w:p w14:paraId="34EEC073" w14:textId="77777777" w:rsidR="0012598B" w:rsidRDefault="00000000">
            <w:r>
              <w:t>Return date</w:t>
            </w:r>
          </w:p>
        </w:tc>
        <w:tc>
          <w:tcPr>
            <w:tcW w:w="5779" w:type="dxa"/>
            <w:vAlign w:val="center"/>
          </w:tcPr>
          <w:p w14:paraId="4659BFE3" w14:textId="77777777" w:rsidR="0012598B" w:rsidRDefault="00000000">
            <w:sdt>
              <w:sdtPr>
                <w:alias w:val="Return date"/>
                <w:tag w:val="Return date"/>
                <w:id w:val="118"/>
                <w:showingPlcHdr/>
                <w:text/>
              </w:sdtPr>
              <w:sdtContent>
                <w:r>
                  <w:rPr>
                    <w:color w:val="595959"/>
                  </w:rPr>
                  <w:t>Enter response</w:t>
                </w:r>
              </w:sdtContent>
            </w:sdt>
          </w:p>
        </w:tc>
      </w:tr>
    </w:tbl>
    <w:p w14:paraId="7030F7A2" w14:textId="77777777" w:rsidR="0012598B" w:rsidRDefault="00000000">
      <w:pPr>
        <w:pStyle w:val="Heading1"/>
      </w:pPr>
      <w:r>
        <w:t>Acknowledgment</w:t>
      </w:r>
    </w:p>
    <w:p w14:paraId="2198FCF6" w14:textId="77777777" w:rsidR="0012598B" w:rsidRDefault="00000000">
      <w:pPr>
        <w:spacing w:after="120"/>
      </w:pPr>
      <w:r>
        <w:t xml:space="preserve">The trainee is to confirm that the information in this application form is correct, and that errors in the application packet can lead to delays or denials of funding. The trainee understands that a completed Chrome River expense report must be submitted </w:t>
      </w:r>
      <w:r>
        <w:rPr>
          <w:b/>
        </w:rPr>
        <w:t>within 30 calendar days</w:t>
      </w:r>
      <w:r>
        <w:t xml:space="preserve"> of trainee’s return from the conference in order for the funds to be processed. Reimbursement requests submitted after 30 days will not be processed.</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40" w:type="dxa"/>
          <w:left w:w="100" w:type="dxa"/>
          <w:bottom w:w="40" w:type="dxa"/>
          <w:right w:w="100" w:type="dxa"/>
        </w:tblCellMar>
        <w:tblLook w:val="04A0" w:firstRow="1" w:lastRow="0" w:firstColumn="1" w:lastColumn="0" w:noHBand="0" w:noVBand="1"/>
        <w:tblCaption w:val="Trainee and advisor signatures"/>
        <w:tblDescription w:val="Two columns list each field and its editable response. Read each row from left to right."/>
      </w:tblPr>
      <w:tblGrid>
        <w:gridCol w:w="4776"/>
        <w:gridCol w:w="5772"/>
      </w:tblGrid>
      <w:tr w:rsidR="0012598B" w14:paraId="6F5051F9" w14:textId="77777777" w:rsidTr="00E14698">
        <w:trPr>
          <w:cantSplit/>
          <w:trHeight w:val="236"/>
          <w:tblHeader/>
        </w:trPr>
        <w:tc>
          <w:tcPr>
            <w:tcW w:w="4776" w:type="dxa"/>
            <w:shd w:val="clear" w:color="auto" w:fill="E7E6E6"/>
            <w:vAlign w:val="center"/>
          </w:tcPr>
          <w:p w14:paraId="052D2DA1" w14:textId="77777777" w:rsidR="0012598B" w:rsidRDefault="00000000">
            <w:r>
              <w:rPr>
                <w:b/>
              </w:rPr>
              <w:t>Field</w:t>
            </w:r>
          </w:p>
        </w:tc>
        <w:tc>
          <w:tcPr>
            <w:tcW w:w="5772" w:type="dxa"/>
            <w:shd w:val="clear" w:color="auto" w:fill="E7E6E6"/>
            <w:vAlign w:val="center"/>
          </w:tcPr>
          <w:p w14:paraId="313C3F2C" w14:textId="77777777" w:rsidR="0012598B" w:rsidRDefault="00000000">
            <w:r>
              <w:rPr>
                <w:b/>
              </w:rPr>
              <w:t>Response</w:t>
            </w:r>
          </w:p>
        </w:tc>
      </w:tr>
      <w:tr w:rsidR="0012598B" w14:paraId="1598D418" w14:textId="77777777" w:rsidTr="00E14698">
        <w:trPr>
          <w:cantSplit/>
          <w:trHeight w:val="236"/>
        </w:trPr>
        <w:tc>
          <w:tcPr>
            <w:tcW w:w="4776" w:type="dxa"/>
            <w:vAlign w:val="center"/>
          </w:tcPr>
          <w:p w14:paraId="7765B93C" w14:textId="77777777" w:rsidR="0012598B" w:rsidRDefault="00000000">
            <w:r>
              <w:t>Trainee name</w:t>
            </w:r>
          </w:p>
        </w:tc>
        <w:tc>
          <w:tcPr>
            <w:tcW w:w="5772" w:type="dxa"/>
            <w:vAlign w:val="center"/>
          </w:tcPr>
          <w:p w14:paraId="148035B3" w14:textId="77777777" w:rsidR="0012598B" w:rsidRDefault="00000000">
            <w:sdt>
              <w:sdtPr>
                <w:alias w:val="Trainee name"/>
                <w:tag w:val="Trainee name"/>
                <w:id w:val="119"/>
                <w:showingPlcHdr/>
                <w:text/>
              </w:sdtPr>
              <w:sdtContent>
                <w:r>
                  <w:rPr>
                    <w:color w:val="595959"/>
                  </w:rPr>
                  <w:t>Enter response</w:t>
                </w:r>
              </w:sdtContent>
            </w:sdt>
          </w:p>
        </w:tc>
      </w:tr>
      <w:tr w:rsidR="0012598B" w14:paraId="436D8B2F" w14:textId="77777777" w:rsidTr="00E14698">
        <w:trPr>
          <w:cantSplit/>
          <w:trHeight w:val="236"/>
        </w:trPr>
        <w:tc>
          <w:tcPr>
            <w:tcW w:w="4776" w:type="dxa"/>
            <w:vAlign w:val="center"/>
          </w:tcPr>
          <w:p w14:paraId="230D5BCF" w14:textId="77777777" w:rsidR="0012598B" w:rsidRDefault="00000000">
            <w:r>
              <w:t>Trainee signature</w:t>
            </w:r>
          </w:p>
        </w:tc>
        <w:tc>
          <w:tcPr>
            <w:tcW w:w="5772" w:type="dxa"/>
            <w:vAlign w:val="center"/>
          </w:tcPr>
          <w:p w14:paraId="5287EBCA" w14:textId="77777777" w:rsidR="0012598B" w:rsidRDefault="00000000">
            <w:sdt>
              <w:sdtPr>
                <w:alias w:val="Trainee signature"/>
                <w:tag w:val="Trainee signature"/>
                <w:id w:val="120"/>
                <w:showingPlcHdr/>
                <w:text/>
              </w:sdtPr>
              <w:sdtContent>
                <w:r>
                  <w:rPr>
                    <w:color w:val="595959"/>
                  </w:rPr>
                  <w:t>Enter response</w:t>
                </w:r>
              </w:sdtContent>
            </w:sdt>
          </w:p>
        </w:tc>
      </w:tr>
      <w:tr w:rsidR="0012598B" w14:paraId="217A6DCB" w14:textId="77777777" w:rsidTr="00E14698">
        <w:trPr>
          <w:cantSplit/>
          <w:trHeight w:val="236"/>
        </w:trPr>
        <w:tc>
          <w:tcPr>
            <w:tcW w:w="4776" w:type="dxa"/>
            <w:vAlign w:val="center"/>
          </w:tcPr>
          <w:p w14:paraId="5C816C01" w14:textId="77777777" w:rsidR="0012598B" w:rsidRDefault="00000000">
            <w:r>
              <w:t>Trainee signature date</w:t>
            </w:r>
          </w:p>
        </w:tc>
        <w:tc>
          <w:tcPr>
            <w:tcW w:w="5772" w:type="dxa"/>
            <w:vAlign w:val="center"/>
          </w:tcPr>
          <w:p w14:paraId="6C194BB6" w14:textId="77777777" w:rsidR="0012598B" w:rsidRDefault="00000000">
            <w:sdt>
              <w:sdtPr>
                <w:alias w:val="Trainee signature date"/>
                <w:tag w:val="Trainee signature date"/>
                <w:id w:val="121"/>
                <w:showingPlcHdr/>
                <w:text/>
              </w:sdtPr>
              <w:sdtContent>
                <w:r>
                  <w:rPr>
                    <w:color w:val="595959"/>
                  </w:rPr>
                  <w:t>Enter response</w:t>
                </w:r>
              </w:sdtContent>
            </w:sdt>
          </w:p>
        </w:tc>
      </w:tr>
      <w:tr w:rsidR="0012598B" w14:paraId="52FBF06C" w14:textId="77777777" w:rsidTr="00E14698">
        <w:trPr>
          <w:cantSplit/>
          <w:trHeight w:val="236"/>
        </w:trPr>
        <w:tc>
          <w:tcPr>
            <w:tcW w:w="4776" w:type="dxa"/>
            <w:vAlign w:val="center"/>
          </w:tcPr>
          <w:p w14:paraId="70D2D524" w14:textId="77777777" w:rsidR="0012598B" w:rsidRDefault="00000000">
            <w:r>
              <w:t>Advisor name</w:t>
            </w:r>
          </w:p>
        </w:tc>
        <w:tc>
          <w:tcPr>
            <w:tcW w:w="5772" w:type="dxa"/>
            <w:vAlign w:val="center"/>
          </w:tcPr>
          <w:p w14:paraId="6347C275" w14:textId="77777777" w:rsidR="0012598B" w:rsidRDefault="00000000">
            <w:sdt>
              <w:sdtPr>
                <w:alias w:val="Advisor name"/>
                <w:tag w:val="Advisor name"/>
                <w:id w:val="122"/>
                <w:showingPlcHdr/>
                <w:text/>
              </w:sdtPr>
              <w:sdtContent>
                <w:r>
                  <w:rPr>
                    <w:color w:val="595959"/>
                  </w:rPr>
                  <w:t>Enter response</w:t>
                </w:r>
              </w:sdtContent>
            </w:sdt>
          </w:p>
        </w:tc>
      </w:tr>
      <w:tr w:rsidR="0012598B" w14:paraId="69A93FA8" w14:textId="77777777" w:rsidTr="00E14698">
        <w:trPr>
          <w:cantSplit/>
          <w:trHeight w:val="251"/>
        </w:trPr>
        <w:tc>
          <w:tcPr>
            <w:tcW w:w="4776" w:type="dxa"/>
            <w:vAlign w:val="center"/>
          </w:tcPr>
          <w:p w14:paraId="26434AFC" w14:textId="77777777" w:rsidR="0012598B" w:rsidRDefault="00000000">
            <w:r>
              <w:t>Advisor signature</w:t>
            </w:r>
          </w:p>
        </w:tc>
        <w:tc>
          <w:tcPr>
            <w:tcW w:w="5772" w:type="dxa"/>
            <w:vAlign w:val="center"/>
          </w:tcPr>
          <w:p w14:paraId="7EA060A9" w14:textId="77777777" w:rsidR="0012598B" w:rsidRDefault="00000000">
            <w:sdt>
              <w:sdtPr>
                <w:alias w:val="Advisor signature"/>
                <w:tag w:val="Advisor signature"/>
                <w:id w:val="123"/>
                <w:showingPlcHdr/>
                <w:text/>
              </w:sdtPr>
              <w:sdtContent>
                <w:r>
                  <w:rPr>
                    <w:color w:val="595959"/>
                  </w:rPr>
                  <w:t>Enter response</w:t>
                </w:r>
              </w:sdtContent>
            </w:sdt>
          </w:p>
        </w:tc>
      </w:tr>
      <w:tr w:rsidR="0012598B" w14:paraId="5CE4363B" w14:textId="77777777" w:rsidTr="00E14698">
        <w:trPr>
          <w:cantSplit/>
          <w:trHeight w:val="236"/>
        </w:trPr>
        <w:tc>
          <w:tcPr>
            <w:tcW w:w="4776" w:type="dxa"/>
            <w:vAlign w:val="center"/>
          </w:tcPr>
          <w:p w14:paraId="1CFC116F" w14:textId="77777777" w:rsidR="0012598B" w:rsidRDefault="00000000">
            <w:r>
              <w:t>Advisor signature date</w:t>
            </w:r>
          </w:p>
        </w:tc>
        <w:tc>
          <w:tcPr>
            <w:tcW w:w="5772" w:type="dxa"/>
            <w:vAlign w:val="center"/>
          </w:tcPr>
          <w:p w14:paraId="0D359D67" w14:textId="77777777" w:rsidR="0012598B" w:rsidRDefault="00000000">
            <w:sdt>
              <w:sdtPr>
                <w:alias w:val="Advisor signature date"/>
                <w:tag w:val="Advisor signature date"/>
                <w:id w:val="124"/>
                <w:showingPlcHdr/>
                <w:text/>
              </w:sdtPr>
              <w:sdtContent>
                <w:r>
                  <w:rPr>
                    <w:color w:val="595959"/>
                  </w:rPr>
                  <w:t>Enter response</w:t>
                </w:r>
              </w:sdtContent>
            </w:sdt>
          </w:p>
        </w:tc>
      </w:tr>
    </w:tbl>
    <w:p w14:paraId="3A017004" w14:textId="77777777" w:rsidR="001E2112" w:rsidRDefault="001E2112"/>
    <w:sectPr w:rsidR="001E2112" w:rsidSect="00034616">
      <w:pgSz w:w="12240" w:h="15840"/>
      <w:pgMar w:top="720"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9383755">
    <w:abstractNumId w:val="8"/>
  </w:num>
  <w:num w:numId="2" w16cid:durableId="784496570">
    <w:abstractNumId w:val="6"/>
  </w:num>
  <w:num w:numId="3" w16cid:durableId="713584611">
    <w:abstractNumId w:val="5"/>
  </w:num>
  <w:num w:numId="4" w16cid:durableId="1806967750">
    <w:abstractNumId w:val="4"/>
  </w:num>
  <w:num w:numId="5" w16cid:durableId="1031147667">
    <w:abstractNumId w:val="7"/>
  </w:num>
  <w:num w:numId="6" w16cid:durableId="748969463">
    <w:abstractNumId w:val="3"/>
  </w:num>
  <w:num w:numId="7" w16cid:durableId="144133254">
    <w:abstractNumId w:val="2"/>
  </w:num>
  <w:num w:numId="8" w16cid:durableId="1948463707">
    <w:abstractNumId w:val="1"/>
  </w:num>
  <w:num w:numId="9" w16cid:durableId="1799956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598B"/>
    <w:rsid w:val="0015074B"/>
    <w:rsid w:val="001E2112"/>
    <w:rsid w:val="0029639D"/>
    <w:rsid w:val="00326F90"/>
    <w:rsid w:val="00AA1D8D"/>
    <w:rsid w:val="00B47730"/>
    <w:rsid w:val="00CB0664"/>
    <w:rsid w:val="00CB4094"/>
    <w:rsid w:val="00E146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475769"/>
  <w14:defaultImageDpi w14:val="330"/>
  <w15:docId w15:val="{ACF126C5-B68F-4631-B17B-2F84F125A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contextualSpacing/>
    </w:pPr>
    <w:rPr>
      <w:rFonts w:asciiTheme="majorHAnsi" w:eastAsiaTheme="majorEastAsia" w:hAnsiTheme="majorHAnsi" w:cstheme="majorBid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206</Words>
  <Characters>1238</Characters>
  <Application>Microsoft Office Word</Application>
  <DocSecurity>0</DocSecurity>
  <Lines>65</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C2D Travel Grant Application Form</dc:title>
  <dc:subject/>
  <dc:creator>python-docx</dc:creator>
  <cp:keywords/>
  <dc:description>generated by python-docx</dc:description>
  <cp:lastModifiedBy>Jason Elswick</cp:lastModifiedBy>
  <cp:revision>2</cp:revision>
  <dcterms:created xsi:type="dcterms:W3CDTF">2013-12-23T23:15:00Z</dcterms:created>
  <dcterms:modified xsi:type="dcterms:W3CDTF">2026-10-13T18:31:00Z</dcterms:modified>
  <cp:category/>
  <dc:language>en-US</dc:language>
</cp:coreProperties>
</file>